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ACE" w:rsidRPr="009E3C93" w:rsidRDefault="000F3BFF" w:rsidP="009E3C93">
      <w:pPr>
        <w:spacing w:line="240" w:lineRule="auto"/>
        <w:jc w:val="right"/>
        <w:rPr>
          <w:szCs w:val="24"/>
          <w:lang w:val="ru-RU"/>
        </w:rPr>
      </w:pPr>
      <w:bookmarkStart w:id="0" w:name="_GoBack"/>
      <w:bookmarkEnd w:id="0"/>
      <w:r w:rsidRPr="009E3C93">
        <w:rPr>
          <w:szCs w:val="24"/>
          <w:lang w:val="ru-RU"/>
        </w:rPr>
        <w:t>Приложение № 1</w:t>
      </w:r>
      <w:r w:rsidRPr="009E3C93">
        <w:rPr>
          <w:szCs w:val="24"/>
          <w:lang w:val="ru-RU"/>
        </w:rPr>
        <w:br/>
        <w:t>к Положению о проведении Регионального</w:t>
      </w:r>
      <w:r w:rsidRPr="009E3C93">
        <w:rPr>
          <w:szCs w:val="24"/>
          <w:lang w:val="ru-RU"/>
        </w:rPr>
        <w:br/>
        <w:t>литературного конкурса для детей и молодежи</w:t>
      </w:r>
      <w:r w:rsidRPr="009E3C93">
        <w:rPr>
          <w:szCs w:val="24"/>
          <w:lang w:val="ru-RU"/>
        </w:rPr>
        <w:br/>
        <w:t>«Общая Родина – одно сердце»</w:t>
      </w:r>
    </w:p>
    <w:p w:rsidR="00136ACE" w:rsidRPr="00EC7ADB" w:rsidRDefault="000F3BFF">
      <w:pPr>
        <w:spacing w:before="320"/>
        <w:jc w:val="center"/>
        <w:rPr>
          <w:lang w:val="ru-RU"/>
        </w:rPr>
      </w:pPr>
      <w:r w:rsidRPr="00EC7ADB">
        <w:rPr>
          <w:b/>
          <w:sz w:val="26"/>
          <w:lang w:val="ru-RU"/>
        </w:rPr>
        <w:t>ЗАЯВКА</w:t>
      </w:r>
      <w:r w:rsidRPr="00EC7ADB">
        <w:rPr>
          <w:b/>
          <w:sz w:val="26"/>
          <w:lang w:val="ru-RU"/>
        </w:rPr>
        <w:br/>
        <w:t>на участие в Региональном литературном конкурсе</w:t>
      </w:r>
      <w:r w:rsidRPr="00EC7ADB">
        <w:rPr>
          <w:b/>
          <w:sz w:val="26"/>
          <w:lang w:val="ru-RU"/>
        </w:rPr>
        <w:br/>
        <w:t>для детей и молодежи «Общая Родина – одно сердце»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1. Фамилия, имя, отчество участника: </w:t>
      </w:r>
      <w:r w:rsidRPr="00EC7ADB">
        <w:rPr>
          <w:sz w:val="23"/>
          <w:lang w:val="ru-RU"/>
        </w:rPr>
        <w:t>______________________________________________________________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2. Дата рождения: </w:t>
      </w:r>
      <w:r w:rsidRPr="00EC7ADB">
        <w:rPr>
          <w:sz w:val="23"/>
          <w:lang w:val="ru-RU"/>
        </w:rPr>
        <w:t>______________________________</w:t>
      </w:r>
      <w:r w:rsidR="009E3C93">
        <w:rPr>
          <w:sz w:val="23"/>
          <w:lang w:val="ru-RU"/>
        </w:rPr>
        <w:t>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3. Возраст: </w:t>
      </w:r>
      <w:r w:rsidRPr="00EC7ADB">
        <w:rPr>
          <w:sz w:val="23"/>
          <w:lang w:val="ru-RU"/>
        </w:rPr>
        <w:t>______________________________</w:t>
      </w:r>
      <w:r w:rsidR="009E3C93">
        <w:rPr>
          <w:sz w:val="23"/>
          <w:lang w:val="ru-RU"/>
        </w:rPr>
        <w:t>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4. Класс: </w:t>
      </w:r>
      <w:r w:rsidRPr="00EC7ADB">
        <w:rPr>
          <w:sz w:val="23"/>
          <w:lang w:val="ru-RU"/>
        </w:rPr>
        <w:t>______________________________</w:t>
      </w:r>
      <w:r w:rsidR="009E3C93">
        <w:rPr>
          <w:sz w:val="23"/>
          <w:lang w:val="ru-RU"/>
        </w:rPr>
        <w:t>________________________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5. Номинация (Поэзия / Проза): </w:t>
      </w:r>
      <w:r w:rsidRPr="00EC7ADB">
        <w:rPr>
          <w:sz w:val="23"/>
          <w:lang w:val="ru-RU"/>
        </w:rPr>
        <w:t>______________________________________________________________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6. Название конкурсной работы: </w:t>
      </w:r>
      <w:r w:rsidRPr="00EC7ADB">
        <w:rPr>
          <w:sz w:val="23"/>
          <w:lang w:val="ru-RU"/>
        </w:rPr>
        <w:t>______________________________________________________________</w:t>
      </w:r>
    </w:p>
    <w:p w:rsidR="00136ACE" w:rsidRPr="00EC7ADB" w:rsidRDefault="000F3BFF">
      <w:pPr>
        <w:spacing w:after="60"/>
        <w:rPr>
          <w:lang w:val="ru-RU"/>
        </w:rPr>
      </w:pPr>
      <w:r w:rsidRPr="00EC7ADB">
        <w:rPr>
          <w:lang w:val="ru-RU"/>
        </w:rPr>
        <w:t>________________________________</w:t>
      </w:r>
      <w:r w:rsidR="009E3C93">
        <w:rPr>
          <w:lang w:val="ru-RU"/>
        </w:rPr>
        <w:t>____________________________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7. Полное наименование образовательной организации / учреждения: </w:t>
      </w:r>
      <w:r w:rsidRPr="00EC7ADB">
        <w:rPr>
          <w:sz w:val="23"/>
          <w:lang w:val="ru-RU"/>
        </w:rPr>
        <w:t>______________________________________________________________</w:t>
      </w:r>
    </w:p>
    <w:p w:rsidR="00136ACE" w:rsidRPr="00EC7ADB" w:rsidRDefault="000F3BFF">
      <w:pPr>
        <w:spacing w:after="60"/>
        <w:rPr>
          <w:lang w:val="ru-RU"/>
        </w:rPr>
      </w:pPr>
      <w:r w:rsidRPr="00EC7ADB">
        <w:rPr>
          <w:lang w:val="ru-RU"/>
        </w:rPr>
        <w:t>______________________________</w:t>
      </w:r>
      <w:r w:rsidR="009E3C93">
        <w:rPr>
          <w:lang w:val="ru-RU"/>
        </w:rPr>
        <w:t>______________________________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8. Муниципальное образование Рязанской области: </w:t>
      </w:r>
      <w:r w:rsidRPr="00EC7ADB">
        <w:rPr>
          <w:sz w:val="23"/>
          <w:lang w:val="ru-RU"/>
        </w:rPr>
        <w:t>______________________________________________________________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9. Ф.И.О. руководителя / наставника (при наличии): </w:t>
      </w:r>
      <w:r w:rsidRPr="00EC7ADB">
        <w:rPr>
          <w:sz w:val="23"/>
          <w:lang w:val="ru-RU"/>
        </w:rPr>
        <w:t>______________________________________________________________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>10. Должность руководителя / наставника</w:t>
      </w:r>
      <w:r w:rsidR="00AD59F2">
        <w:rPr>
          <w:b/>
          <w:sz w:val="23"/>
          <w:lang w:val="ru-RU"/>
        </w:rPr>
        <w:t xml:space="preserve"> </w:t>
      </w:r>
      <w:r w:rsidR="00AD59F2" w:rsidRPr="00EC7ADB">
        <w:rPr>
          <w:b/>
          <w:sz w:val="23"/>
          <w:lang w:val="ru-RU"/>
        </w:rPr>
        <w:t>(при наличии)</w:t>
      </w:r>
      <w:r w:rsidRPr="00EC7ADB">
        <w:rPr>
          <w:b/>
          <w:sz w:val="23"/>
          <w:lang w:val="ru-RU"/>
        </w:rPr>
        <w:t xml:space="preserve">: </w:t>
      </w:r>
      <w:r w:rsidRPr="00EC7ADB">
        <w:rPr>
          <w:sz w:val="23"/>
          <w:lang w:val="ru-RU"/>
        </w:rPr>
        <w:t>______________________________________________________________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11. Контактный телефон участника / законного представителя: </w:t>
      </w:r>
      <w:r w:rsidRPr="00EC7ADB">
        <w:rPr>
          <w:sz w:val="23"/>
          <w:lang w:val="ru-RU"/>
        </w:rPr>
        <w:t>______________________________________________________________</w:t>
      </w:r>
    </w:p>
    <w:p w:rsidR="005E67C2" w:rsidRPr="005E67C2" w:rsidRDefault="000F3BFF">
      <w:pPr>
        <w:spacing w:after="60" w:line="252" w:lineRule="auto"/>
        <w:rPr>
          <w:sz w:val="23"/>
          <w:lang w:val="ru-RU"/>
        </w:rPr>
      </w:pPr>
      <w:r w:rsidRPr="00EC7ADB">
        <w:rPr>
          <w:b/>
          <w:sz w:val="23"/>
          <w:lang w:val="ru-RU"/>
        </w:rPr>
        <w:t xml:space="preserve">12. Адрес электронной почты для связи: </w:t>
      </w:r>
      <w:r w:rsidRPr="00EC7ADB">
        <w:rPr>
          <w:sz w:val="23"/>
          <w:lang w:val="ru-RU"/>
        </w:rPr>
        <w:t>______________________________________________________________</w:t>
      </w:r>
    </w:p>
    <w:p w:rsidR="00136ACE" w:rsidRPr="00EC7ADB" w:rsidRDefault="000F3BFF" w:rsidP="005E67C2">
      <w:pPr>
        <w:spacing w:after="100" w:line="240" w:lineRule="auto"/>
        <w:ind w:firstLine="720"/>
        <w:contextualSpacing/>
        <w:jc w:val="both"/>
        <w:rPr>
          <w:lang w:val="ru-RU"/>
        </w:rPr>
      </w:pPr>
      <w:r w:rsidRPr="00EC7ADB">
        <w:rPr>
          <w:lang w:val="ru-RU"/>
        </w:rPr>
        <w:t xml:space="preserve">Настоящим подтверждаю, что представленная на Конкурс работа является </w:t>
      </w:r>
      <w:r w:rsidR="005660C9" w:rsidRPr="005660C9">
        <w:rPr>
          <w:lang w:val="ru-RU"/>
        </w:rPr>
        <w:t xml:space="preserve">результатом </w:t>
      </w:r>
      <w:r w:rsidR="005660C9">
        <w:rPr>
          <w:lang w:val="ru-RU"/>
        </w:rPr>
        <w:t>моего</w:t>
      </w:r>
      <w:r w:rsidR="005660C9" w:rsidRPr="005660C9">
        <w:rPr>
          <w:lang w:val="ru-RU"/>
        </w:rPr>
        <w:t xml:space="preserve"> творческого труда</w:t>
      </w:r>
      <w:r w:rsidR="005660C9">
        <w:rPr>
          <w:lang w:val="ru-RU"/>
        </w:rPr>
        <w:t xml:space="preserve"> </w:t>
      </w:r>
      <w:r w:rsidRPr="00EC7ADB">
        <w:rPr>
          <w:lang w:val="ru-RU"/>
        </w:rPr>
        <w:t>и соответствует требованиям Положения о проведении Регионального литературного конкурса для детей и молодежи «Общая Родина – одно сердце».</w:t>
      </w:r>
    </w:p>
    <w:p w:rsidR="00136ACE" w:rsidRDefault="000F3BFF" w:rsidP="005E67C2">
      <w:pPr>
        <w:spacing w:after="180" w:line="240" w:lineRule="auto"/>
        <w:ind w:firstLine="720"/>
        <w:contextualSpacing/>
        <w:jc w:val="both"/>
        <w:rPr>
          <w:lang w:val="ru-RU"/>
        </w:rPr>
      </w:pPr>
      <w:r w:rsidRPr="00EC7ADB">
        <w:rPr>
          <w:lang w:val="ru-RU"/>
        </w:rPr>
        <w:t>С условиями проведения Конкурса ознакомлен(а) и согласен(на).</w:t>
      </w:r>
    </w:p>
    <w:p w:rsidR="005E67C2" w:rsidRPr="00EC7ADB" w:rsidRDefault="005E67C2" w:rsidP="005E67C2">
      <w:pPr>
        <w:spacing w:after="180" w:line="240" w:lineRule="auto"/>
        <w:ind w:firstLine="720"/>
        <w:contextualSpacing/>
        <w:jc w:val="both"/>
        <w:rPr>
          <w:lang w:val="ru-RU"/>
        </w:rPr>
      </w:pP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Дата: «_____» __________________ 2026 г. </w:t>
      </w:r>
    </w:p>
    <w:p w:rsidR="00136ACE" w:rsidRPr="00EC7ADB" w:rsidRDefault="000F3BFF">
      <w:pPr>
        <w:spacing w:after="60" w:line="252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Подпись участника: </w:t>
      </w:r>
      <w:r w:rsidRPr="00EC7ADB">
        <w:rPr>
          <w:sz w:val="23"/>
          <w:lang w:val="ru-RU"/>
        </w:rPr>
        <w:t>____________________________________________</w:t>
      </w:r>
    </w:p>
    <w:p w:rsidR="00136ACE" w:rsidRPr="00EC7ADB" w:rsidRDefault="000F3BFF" w:rsidP="00204827">
      <w:pPr>
        <w:spacing w:after="80"/>
        <w:rPr>
          <w:lang w:val="ru-RU"/>
        </w:rPr>
      </w:pPr>
      <w:r w:rsidRPr="00EC7ADB">
        <w:rPr>
          <w:b/>
          <w:lang w:val="ru-RU"/>
        </w:rPr>
        <w:t xml:space="preserve">Для </w:t>
      </w:r>
      <w:r w:rsidR="00204827">
        <w:rPr>
          <w:b/>
          <w:lang w:val="ru-RU"/>
        </w:rPr>
        <w:t>несовершеннолетнего участника п</w:t>
      </w:r>
      <w:r w:rsidRPr="00EC7ADB">
        <w:rPr>
          <w:b/>
          <w:sz w:val="23"/>
          <w:lang w:val="ru-RU"/>
        </w:rPr>
        <w:t xml:space="preserve">одпись законного представителя: </w:t>
      </w:r>
      <w:r w:rsidRPr="00EC7ADB">
        <w:rPr>
          <w:sz w:val="23"/>
          <w:lang w:val="ru-RU"/>
        </w:rPr>
        <w:t>______________________________________________________________</w:t>
      </w:r>
      <w:r w:rsidR="009E3C93">
        <w:rPr>
          <w:sz w:val="23"/>
          <w:lang w:val="ru-RU"/>
        </w:rPr>
        <w:t>_</w:t>
      </w:r>
    </w:p>
    <w:p w:rsidR="00136ACE" w:rsidRPr="009E3C93" w:rsidRDefault="000F3BFF" w:rsidP="009E3C93">
      <w:pPr>
        <w:pageBreakBefore/>
        <w:spacing w:line="240" w:lineRule="auto"/>
        <w:jc w:val="right"/>
        <w:rPr>
          <w:szCs w:val="24"/>
          <w:lang w:val="ru-RU"/>
        </w:rPr>
      </w:pPr>
      <w:r w:rsidRPr="009E3C93">
        <w:rPr>
          <w:szCs w:val="24"/>
          <w:lang w:val="ru-RU"/>
        </w:rPr>
        <w:lastRenderedPageBreak/>
        <w:t>Приложение № 2</w:t>
      </w:r>
      <w:r w:rsidRPr="009E3C93">
        <w:rPr>
          <w:szCs w:val="24"/>
          <w:lang w:val="ru-RU"/>
        </w:rPr>
        <w:br/>
        <w:t>к Положению о проведении Регионального</w:t>
      </w:r>
      <w:r w:rsidRPr="009E3C93">
        <w:rPr>
          <w:szCs w:val="24"/>
          <w:lang w:val="ru-RU"/>
        </w:rPr>
        <w:br/>
        <w:t>литературного конкурса для детей и молодежи</w:t>
      </w:r>
      <w:r w:rsidRPr="009E3C93">
        <w:rPr>
          <w:szCs w:val="24"/>
          <w:lang w:val="ru-RU"/>
        </w:rPr>
        <w:br/>
        <w:t>«Общая Родина – одно сердце»</w:t>
      </w:r>
    </w:p>
    <w:p w:rsidR="00136ACE" w:rsidRPr="00EC7ADB" w:rsidRDefault="000F3BFF">
      <w:pPr>
        <w:spacing w:before="280"/>
        <w:jc w:val="center"/>
        <w:rPr>
          <w:lang w:val="ru-RU"/>
        </w:rPr>
      </w:pPr>
      <w:r w:rsidRPr="00EC7ADB">
        <w:rPr>
          <w:b/>
          <w:sz w:val="25"/>
          <w:lang w:val="ru-RU"/>
        </w:rPr>
        <w:t>СОГЛАСИЕ</w:t>
      </w:r>
      <w:r w:rsidRPr="00EC7ADB">
        <w:rPr>
          <w:b/>
          <w:sz w:val="25"/>
          <w:lang w:val="ru-RU"/>
        </w:rPr>
        <w:br/>
        <w:t>на обработку персональных данных, использование конкурсной работы</w:t>
      </w:r>
      <w:r w:rsidRPr="00EC7ADB">
        <w:rPr>
          <w:b/>
          <w:sz w:val="25"/>
          <w:lang w:val="ru-RU"/>
        </w:rPr>
        <w:br/>
        <w:t>и публикацию информации об участнике</w:t>
      </w:r>
    </w:p>
    <w:p w:rsidR="00136ACE" w:rsidRPr="00EC7ADB" w:rsidRDefault="000F3BFF" w:rsidP="00533E8D">
      <w:pPr>
        <w:spacing w:after="20" w:line="240" w:lineRule="auto"/>
        <w:jc w:val="both"/>
        <w:rPr>
          <w:lang w:val="ru-RU"/>
        </w:rPr>
      </w:pPr>
      <w:r w:rsidRPr="00EC7ADB">
        <w:rPr>
          <w:lang w:val="ru-RU"/>
        </w:rPr>
        <w:t>Я, ________________________________________________________________,</w:t>
      </w:r>
    </w:p>
    <w:p w:rsidR="00136ACE" w:rsidRPr="00EC7ADB" w:rsidRDefault="000F3BFF" w:rsidP="00533E8D">
      <w:pPr>
        <w:spacing w:after="80" w:line="240" w:lineRule="auto"/>
        <w:jc w:val="center"/>
        <w:rPr>
          <w:lang w:val="ru-RU"/>
        </w:rPr>
      </w:pPr>
      <w:r w:rsidRPr="00EC7ADB">
        <w:rPr>
          <w:i/>
          <w:lang w:val="ru-RU"/>
        </w:rPr>
        <w:t>(Ф.И.О. родителя / иного законного представителя несовершеннолетнего)</w:t>
      </w:r>
    </w:p>
    <w:p w:rsidR="00136ACE" w:rsidRPr="00EC7ADB" w:rsidRDefault="000F3BFF" w:rsidP="00533E8D">
      <w:pPr>
        <w:spacing w:after="20" w:line="240" w:lineRule="auto"/>
        <w:jc w:val="both"/>
        <w:rPr>
          <w:lang w:val="ru-RU"/>
        </w:rPr>
      </w:pPr>
      <w:r w:rsidRPr="00EC7ADB">
        <w:rPr>
          <w:lang w:val="ru-RU"/>
        </w:rPr>
        <w:t>являясь законным представителем _____________________________________________,</w:t>
      </w:r>
    </w:p>
    <w:p w:rsidR="00136ACE" w:rsidRPr="00EC7ADB" w:rsidRDefault="000F3BFF" w:rsidP="00533E8D">
      <w:pPr>
        <w:spacing w:after="120" w:line="240" w:lineRule="auto"/>
        <w:jc w:val="center"/>
        <w:rPr>
          <w:lang w:val="ru-RU"/>
        </w:rPr>
      </w:pPr>
      <w:r w:rsidRPr="00EC7ADB">
        <w:rPr>
          <w:i/>
          <w:lang w:val="ru-RU"/>
        </w:rPr>
        <w:t>(Ф.И.О. несовершеннолетнего участника)</w:t>
      </w:r>
    </w:p>
    <w:p w:rsidR="00136ACE" w:rsidRPr="00EC7ADB" w:rsidRDefault="000F3BFF" w:rsidP="00533E8D">
      <w:pPr>
        <w:spacing w:after="80" w:line="240" w:lineRule="auto"/>
        <w:jc w:val="both"/>
        <w:rPr>
          <w:lang w:val="ru-RU"/>
        </w:rPr>
      </w:pPr>
      <w:r w:rsidRPr="00EC7ADB">
        <w:rPr>
          <w:lang w:val="ru-RU"/>
        </w:rPr>
        <w:t>в соответствии с Федеральным законом от 27 июля 2006 года № 152-ФЗ «О персональных данных» даю организаторам Регионального литературного конкурса для детей и молодежи «Общая Родина – одно сердце» согласие на обработку персональных данных несовершеннолетнего участника в целях организации и проведения Конкурса.</w:t>
      </w:r>
    </w:p>
    <w:p w:rsidR="00136ACE" w:rsidRPr="00EC7ADB" w:rsidRDefault="000F3BFF" w:rsidP="00533E8D">
      <w:pPr>
        <w:keepNext/>
        <w:spacing w:before="120" w:after="60" w:line="240" w:lineRule="auto"/>
        <w:ind w:firstLine="720"/>
        <w:rPr>
          <w:lang w:val="ru-RU"/>
        </w:rPr>
      </w:pPr>
      <w:r w:rsidRPr="00EC7ADB">
        <w:rPr>
          <w:b/>
          <w:sz w:val="23"/>
          <w:lang w:val="ru-RU"/>
        </w:rPr>
        <w:t>1. Перечень персональных данных</w:t>
      </w:r>
    </w:p>
    <w:p w:rsidR="00136ACE" w:rsidRPr="00EC7ADB" w:rsidRDefault="000F3BFF" w:rsidP="00533E8D">
      <w:pPr>
        <w:spacing w:after="40" w:line="240" w:lineRule="auto"/>
        <w:ind w:left="397" w:hanging="198"/>
        <w:jc w:val="both"/>
        <w:rPr>
          <w:lang w:val="ru-RU"/>
        </w:rPr>
      </w:pPr>
      <w:r w:rsidRPr="00EC7ADB">
        <w:rPr>
          <w:lang w:val="ru-RU"/>
        </w:rPr>
        <w:t>– фамилия, имя, отчество участника;</w:t>
      </w:r>
    </w:p>
    <w:p w:rsidR="00136ACE" w:rsidRPr="00EC7ADB" w:rsidRDefault="000F3BFF" w:rsidP="00533E8D">
      <w:pPr>
        <w:spacing w:after="40" w:line="240" w:lineRule="auto"/>
        <w:ind w:left="397" w:hanging="198"/>
        <w:jc w:val="both"/>
        <w:rPr>
          <w:lang w:val="ru-RU"/>
        </w:rPr>
      </w:pPr>
      <w:r w:rsidRPr="00EC7ADB">
        <w:rPr>
          <w:lang w:val="ru-RU"/>
        </w:rPr>
        <w:t>– дата рождения и возраст;</w:t>
      </w:r>
    </w:p>
    <w:p w:rsidR="00136ACE" w:rsidRPr="00EC7ADB" w:rsidRDefault="000F3BFF" w:rsidP="00533E8D">
      <w:pPr>
        <w:spacing w:after="40" w:line="240" w:lineRule="auto"/>
        <w:ind w:left="397" w:hanging="198"/>
        <w:jc w:val="both"/>
        <w:rPr>
          <w:lang w:val="ru-RU"/>
        </w:rPr>
      </w:pPr>
      <w:r w:rsidRPr="00EC7ADB">
        <w:rPr>
          <w:lang w:val="ru-RU"/>
        </w:rPr>
        <w:t>– класс;</w:t>
      </w:r>
    </w:p>
    <w:p w:rsidR="00136ACE" w:rsidRPr="00EC7ADB" w:rsidRDefault="000F3BFF" w:rsidP="00533E8D">
      <w:pPr>
        <w:spacing w:after="40" w:line="240" w:lineRule="auto"/>
        <w:ind w:left="397" w:hanging="198"/>
        <w:jc w:val="both"/>
        <w:rPr>
          <w:lang w:val="ru-RU"/>
        </w:rPr>
      </w:pPr>
      <w:r w:rsidRPr="00EC7ADB">
        <w:rPr>
          <w:lang w:val="ru-RU"/>
        </w:rPr>
        <w:t>– наименование образовательной организации или учреждения;</w:t>
      </w:r>
    </w:p>
    <w:p w:rsidR="00136ACE" w:rsidRPr="00EC7ADB" w:rsidRDefault="000F3BFF" w:rsidP="00533E8D">
      <w:pPr>
        <w:spacing w:after="40" w:line="240" w:lineRule="auto"/>
        <w:ind w:left="397" w:hanging="198"/>
        <w:jc w:val="both"/>
        <w:rPr>
          <w:lang w:val="ru-RU"/>
        </w:rPr>
      </w:pPr>
      <w:r w:rsidRPr="00EC7ADB">
        <w:rPr>
          <w:lang w:val="ru-RU"/>
        </w:rPr>
        <w:t>– муниципальное образование;</w:t>
      </w:r>
    </w:p>
    <w:p w:rsidR="00136ACE" w:rsidRPr="00EC7ADB" w:rsidRDefault="000F3BFF" w:rsidP="00533E8D">
      <w:pPr>
        <w:spacing w:after="40" w:line="240" w:lineRule="auto"/>
        <w:ind w:left="397" w:hanging="198"/>
        <w:jc w:val="both"/>
        <w:rPr>
          <w:lang w:val="ru-RU"/>
        </w:rPr>
      </w:pPr>
      <w:r w:rsidRPr="00EC7ADB">
        <w:rPr>
          <w:lang w:val="ru-RU"/>
        </w:rPr>
        <w:t>– сведения о руководителе / наставнике;</w:t>
      </w:r>
    </w:p>
    <w:p w:rsidR="00C438F6" w:rsidRPr="00C438F6" w:rsidRDefault="000F3BFF" w:rsidP="00C438F6">
      <w:pPr>
        <w:spacing w:after="40" w:line="240" w:lineRule="auto"/>
        <w:ind w:left="397" w:hanging="198"/>
        <w:jc w:val="both"/>
        <w:rPr>
          <w:lang w:val="ru-RU"/>
        </w:rPr>
      </w:pPr>
      <w:r w:rsidRPr="00EC7ADB">
        <w:rPr>
          <w:lang w:val="ru-RU"/>
        </w:rPr>
        <w:t xml:space="preserve">– </w:t>
      </w:r>
      <w:r w:rsidR="00C438F6" w:rsidRPr="00C438F6">
        <w:rPr>
          <w:lang w:val="ru-RU"/>
        </w:rPr>
        <w:t>номера контактных телефонов;</w:t>
      </w:r>
    </w:p>
    <w:p w:rsidR="00136ACE" w:rsidRPr="00EC7ADB" w:rsidRDefault="00C438F6" w:rsidP="00C438F6">
      <w:pPr>
        <w:spacing w:after="40" w:line="240" w:lineRule="auto"/>
        <w:ind w:left="397" w:hanging="198"/>
        <w:jc w:val="both"/>
        <w:rPr>
          <w:lang w:val="ru-RU"/>
        </w:rPr>
      </w:pPr>
      <w:r w:rsidRPr="00EC7ADB">
        <w:rPr>
          <w:lang w:val="ru-RU"/>
        </w:rPr>
        <w:t>–</w:t>
      </w:r>
      <w:r>
        <w:rPr>
          <w:lang w:val="ru-RU"/>
        </w:rPr>
        <w:t xml:space="preserve"> </w:t>
      </w:r>
      <w:r w:rsidRPr="00C438F6">
        <w:rPr>
          <w:lang w:val="ru-RU"/>
        </w:rPr>
        <w:t>адрес электронной почты</w:t>
      </w:r>
      <w:r>
        <w:rPr>
          <w:lang w:val="ru-RU"/>
        </w:rPr>
        <w:t>.</w:t>
      </w:r>
    </w:p>
    <w:p w:rsidR="00136ACE" w:rsidRPr="00EC7ADB" w:rsidRDefault="000F3BFF" w:rsidP="00533E8D">
      <w:pPr>
        <w:keepNext/>
        <w:spacing w:before="120" w:after="60" w:line="240" w:lineRule="auto"/>
        <w:ind w:firstLine="720"/>
        <w:rPr>
          <w:lang w:val="ru-RU"/>
        </w:rPr>
      </w:pPr>
      <w:r w:rsidRPr="00EC7ADB">
        <w:rPr>
          <w:b/>
          <w:sz w:val="23"/>
          <w:lang w:val="ru-RU"/>
        </w:rPr>
        <w:t>2. Разрешенные действия с персональными данными</w:t>
      </w:r>
    </w:p>
    <w:p w:rsidR="00136ACE" w:rsidRPr="00EC7ADB" w:rsidRDefault="000F3BFF" w:rsidP="00533E8D">
      <w:pPr>
        <w:spacing w:after="60" w:line="240" w:lineRule="auto"/>
        <w:ind w:firstLine="720"/>
        <w:jc w:val="both"/>
        <w:rPr>
          <w:lang w:val="ru-RU"/>
        </w:rPr>
      </w:pPr>
      <w:r w:rsidRPr="00EC7ADB">
        <w:rPr>
          <w:lang w:val="ru-RU"/>
        </w:rPr>
        <w:t>Разрешаю организаторам осуществлять сбор, запись, систематизацию, хранение, уточнение, использование и уничтожение персональных данных в объеме, необходимом для проведения Конкурса.</w:t>
      </w:r>
    </w:p>
    <w:p w:rsidR="00136ACE" w:rsidRPr="00EC7ADB" w:rsidRDefault="000F3BFF" w:rsidP="00533E8D">
      <w:pPr>
        <w:keepNext/>
        <w:spacing w:before="120" w:after="60" w:line="240" w:lineRule="auto"/>
        <w:ind w:firstLine="720"/>
        <w:rPr>
          <w:lang w:val="ru-RU"/>
        </w:rPr>
      </w:pPr>
      <w:r w:rsidRPr="00EC7ADB">
        <w:rPr>
          <w:b/>
          <w:sz w:val="23"/>
          <w:lang w:val="ru-RU"/>
        </w:rPr>
        <w:t>3. Публикация информации об участнике</w:t>
      </w:r>
    </w:p>
    <w:p w:rsidR="00136ACE" w:rsidRPr="00EC7ADB" w:rsidRDefault="000F3BFF" w:rsidP="00533E8D">
      <w:pPr>
        <w:spacing w:after="60" w:line="240" w:lineRule="auto"/>
        <w:ind w:firstLine="720"/>
        <w:jc w:val="both"/>
        <w:rPr>
          <w:lang w:val="ru-RU"/>
        </w:rPr>
      </w:pPr>
      <w:r w:rsidRPr="00EC7ADB">
        <w:rPr>
          <w:lang w:val="ru-RU"/>
        </w:rPr>
        <w:t>Даю согласие на размещение в информационных материалах о Конкурсе следующих сведений: фамилия и имя участника; возраст и класс; наименование образовательной организации; муниципальное образование; название конкурсной работы; сведения о занятом месте или полученной специальной награде.</w:t>
      </w:r>
    </w:p>
    <w:p w:rsidR="00136ACE" w:rsidRPr="006C7CA7" w:rsidRDefault="000F3BFF" w:rsidP="00533E8D">
      <w:pPr>
        <w:keepNext/>
        <w:spacing w:before="120" w:after="60" w:line="240" w:lineRule="auto"/>
        <w:ind w:firstLine="709"/>
        <w:rPr>
          <w:lang w:val="ru-RU"/>
        </w:rPr>
      </w:pPr>
      <w:r w:rsidRPr="006C7CA7">
        <w:rPr>
          <w:b/>
          <w:sz w:val="23"/>
          <w:lang w:val="ru-RU"/>
        </w:rPr>
        <w:t>4. Использование конкурсной работы</w:t>
      </w:r>
    </w:p>
    <w:p w:rsidR="00136ACE" w:rsidRPr="00EC7ADB" w:rsidRDefault="000F3BFF" w:rsidP="00533E8D">
      <w:pPr>
        <w:spacing w:after="60" w:line="240" w:lineRule="auto"/>
        <w:ind w:firstLine="709"/>
        <w:jc w:val="both"/>
        <w:rPr>
          <w:lang w:val="ru-RU"/>
        </w:rPr>
      </w:pPr>
      <w:r w:rsidRPr="00EC7ADB">
        <w:rPr>
          <w:lang w:val="ru-RU"/>
        </w:rPr>
        <w:t>Подтверждаю согласие на некоммерческое использование представленной конкурсной работы либо ее фрагментов организаторами Конкурса с обязательным указанием имени автора. Работа может быть размещена на официальных сайтах и страницах организаторов в социальных сетях; опубликована в электронном или печатном сборнике; представлена на выставках и презентациях; использована в ходе церемонии награждения и иных мероприятиях, связанных с подведением итогов Конкурса; использована в информационных материалах о Конкурсе. Исключительные авторские права на произведение сохраняются за автором.</w:t>
      </w:r>
    </w:p>
    <w:p w:rsidR="00533E8D" w:rsidRDefault="00533E8D" w:rsidP="00AD59F2">
      <w:pPr>
        <w:rPr>
          <w:b/>
          <w:sz w:val="23"/>
          <w:lang w:val="ru-RU"/>
        </w:rPr>
      </w:pPr>
    </w:p>
    <w:p w:rsidR="00136ACE" w:rsidRPr="00EC7ADB" w:rsidRDefault="000F3BFF" w:rsidP="00533E8D">
      <w:pPr>
        <w:keepNext/>
        <w:spacing w:before="120" w:after="60" w:line="240" w:lineRule="auto"/>
        <w:ind w:firstLine="709"/>
        <w:rPr>
          <w:lang w:val="ru-RU"/>
        </w:rPr>
      </w:pPr>
      <w:r w:rsidRPr="00EC7ADB">
        <w:rPr>
          <w:b/>
          <w:sz w:val="23"/>
          <w:lang w:val="ru-RU"/>
        </w:rPr>
        <w:lastRenderedPageBreak/>
        <w:t>5. Фото- и видеосъемка</w:t>
      </w:r>
    </w:p>
    <w:p w:rsidR="00204827" w:rsidRDefault="000F3BFF" w:rsidP="00533E8D">
      <w:pPr>
        <w:spacing w:after="60" w:line="240" w:lineRule="auto"/>
        <w:ind w:firstLine="709"/>
        <w:jc w:val="both"/>
        <w:rPr>
          <w:lang w:val="ru-RU"/>
        </w:rPr>
      </w:pPr>
      <w:r w:rsidRPr="00EC7ADB">
        <w:rPr>
          <w:lang w:val="ru-RU"/>
        </w:rPr>
        <w:t xml:space="preserve">□ Согласен(на)     </w:t>
      </w:r>
    </w:p>
    <w:p w:rsidR="00EC7ADB" w:rsidRDefault="000F3BFF" w:rsidP="00533E8D">
      <w:pPr>
        <w:spacing w:after="60" w:line="240" w:lineRule="auto"/>
        <w:ind w:firstLine="709"/>
        <w:jc w:val="both"/>
        <w:rPr>
          <w:lang w:val="ru-RU"/>
        </w:rPr>
      </w:pPr>
      <w:r w:rsidRPr="00EC7ADB">
        <w:rPr>
          <w:lang w:val="ru-RU"/>
        </w:rPr>
        <w:t xml:space="preserve">□ Не согласен(на) </w:t>
      </w:r>
    </w:p>
    <w:p w:rsidR="00136ACE" w:rsidRPr="00EC7ADB" w:rsidRDefault="000F3BFF" w:rsidP="00533E8D">
      <w:pPr>
        <w:spacing w:after="60" w:line="240" w:lineRule="auto"/>
        <w:jc w:val="both"/>
        <w:rPr>
          <w:lang w:val="ru-RU"/>
        </w:rPr>
      </w:pPr>
      <w:r w:rsidRPr="00EC7ADB">
        <w:rPr>
          <w:lang w:val="ru-RU"/>
        </w:rPr>
        <w:t>на осуществление фото- и видеосъемки участника во время итоговых мероприятий Конкурса и использование полученных материалов в информационных и некоммерческих целях организаторов.</w:t>
      </w:r>
    </w:p>
    <w:p w:rsidR="00136ACE" w:rsidRPr="00EC7ADB" w:rsidRDefault="000F3BFF" w:rsidP="00204827">
      <w:pPr>
        <w:keepNext/>
        <w:spacing w:before="120" w:after="60" w:line="240" w:lineRule="auto"/>
        <w:ind w:firstLine="720"/>
        <w:rPr>
          <w:lang w:val="ru-RU"/>
        </w:rPr>
      </w:pPr>
      <w:r w:rsidRPr="00EC7ADB">
        <w:rPr>
          <w:b/>
          <w:sz w:val="23"/>
          <w:lang w:val="ru-RU"/>
        </w:rPr>
        <w:t>6. Срок действия согласия</w:t>
      </w:r>
    </w:p>
    <w:p w:rsidR="00136ACE" w:rsidRPr="00EC7ADB" w:rsidRDefault="000F3BFF" w:rsidP="00204827">
      <w:pPr>
        <w:spacing w:after="60" w:line="240" w:lineRule="auto"/>
        <w:ind w:firstLine="720"/>
        <w:jc w:val="both"/>
        <w:rPr>
          <w:lang w:val="ru-RU"/>
        </w:rPr>
      </w:pPr>
      <w:r w:rsidRPr="00EC7ADB">
        <w:rPr>
          <w:lang w:val="ru-RU"/>
        </w:rPr>
        <w:t>Согласие действует в течение срока проведения Конкурса и хранения отчетной документации организаторов и может быть отозвано в установленном законодательством Российской Федерации порядке путем направления письменного заявления организаторам.</w:t>
      </w:r>
    </w:p>
    <w:p w:rsidR="00136ACE" w:rsidRPr="00EC7ADB" w:rsidRDefault="000F3BFF" w:rsidP="00204827">
      <w:pPr>
        <w:spacing w:after="160" w:line="240" w:lineRule="auto"/>
        <w:ind w:firstLine="720"/>
        <w:jc w:val="both"/>
        <w:rPr>
          <w:lang w:val="ru-RU"/>
        </w:rPr>
      </w:pPr>
      <w:r w:rsidRPr="00EC7ADB">
        <w:rPr>
          <w:lang w:val="ru-RU"/>
        </w:rPr>
        <w:t>Подтверждаю, что ознакомлен(а) с условиями проведения Конкурса и настоящим согласием.</w:t>
      </w:r>
    </w:p>
    <w:p w:rsidR="00204827" w:rsidRDefault="00204827" w:rsidP="00533E8D">
      <w:pPr>
        <w:spacing w:after="60" w:line="240" w:lineRule="auto"/>
        <w:rPr>
          <w:b/>
          <w:sz w:val="23"/>
          <w:lang w:val="ru-RU"/>
        </w:rPr>
      </w:pPr>
    </w:p>
    <w:p w:rsidR="00136ACE" w:rsidRPr="00EC7ADB" w:rsidRDefault="000F3BFF" w:rsidP="00533E8D">
      <w:pPr>
        <w:spacing w:after="60" w:line="240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Дата: «_____» __________________ 2026 г. </w:t>
      </w:r>
    </w:p>
    <w:p w:rsidR="00204827" w:rsidRDefault="00204827" w:rsidP="00204827">
      <w:pPr>
        <w:spacing w:before="160" w:line="240" w:lineRule="auto"/>
        <w:rPr>
          <w:i/>
          <w:sz w:val="21"/>
          <w:lang w:val="ru-RU"/>
        </w:rPr>
      </w:pPr>
      <w:r>
        <w:rPr>
          <w:b/>
          <w:sz w:val="23"/>
          <w:lang w:val="ru-RU"/>
        </w:rPr>
        <w:t xml:space="preserve">Ф.И.О. </w:t>
      </w:r>
    </w:p>
    <w:p w:rsidR="00136ACE" w:rsidRPr="00EC7ADB" w:rsidRDefault="000F3BFF" w:rsidP="00204827">
      <w:pPr>
        <w:spacing w:before="160" w:line="240" w:lineRule="auto"/>
        <w:rPr>
          <w:lang w:val="ru-RU"/>
        </w:rPr>
      </w:pPr>
      <w:r w:rsidRPr="00EC7ADB">
        <w:rPr>
          <w:sz w:val="23"/>
          <w:lang w:val="ru-RU"/>
        </w:rPr>
        <w:t>______________________________________________________________</w:t>
      </w:r>
      <w:r w:rsidR="00204827">
        <w:rPr>
          <w:sz w:val="23"/>
          <w:lang w:val="ru-RU"/>
        </w:rPr>
        <w:t>____________________</w:t>
      </w:r>
    </w:p>
    <w:p w:rsidR="00136ACE" w:rsidRPr="00EC7ADB" w:rsidRDefault="000F3BFF" w:rsidP="00533E8D">
      <w:pPr>
        <w:spacing w:after="60" w:line="240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Подпись: </w:t>
      </w:r>
      <w:r w:rsidRPr="00EC7ADB">
        <w:rPr>
          <w:sz w:val="23"/>
          <w:lang w:val="ru-RU"/>
        </w:rPr>
        <w:t>______________________________________________________________</w:t>
      </w:r>
      <w:r w:rsidR="00204827">
        <w:rPr>
          <w:sz w:val="23"/>
          <w:lang w:val="ru-RU"/>
        </w:rPr>
        <w:t>___________</w:t>
      </w:r>
    </w:p>
    <w:p w:rsidR="00136ACE" w:rsidRPr="00EC7ADB" w:rsidRDefault="000F3BFF" w:rsidP="00533E8D">
      <w:pPr>
        <w:spacing w:after="60" w:line="240" w:lineRule="auto"/>
        <w:rPr>
          <w:lang w:val="ru-RU"/>
        </w:rPr>
      </w:pPr>
      <w:r w:rsidRPr="00EC7ADB">
        <w:rPr>
          <w:b/>
          <w:sz w:val="23"/>
          <w:lang w:val="ru-RU"/>
        </w:rPr>
        <w:t xml:space="preserve">Контактный телефон: </w:t>
      </w:r>
      <w:r w:rsidRPr="00EC7ADB">
        <w:rPr>
          <w:sz w:val="23"/>
          <w:lang w:val="ru-RU"/>
        </w:rPr>
        <w:t>______________________________</w:t>
      </w:r>
      <w:r w:rsidR="00204827">
        <w:rPr>
          <w:sz w:val="23"/>
          <w:lang w:val="ru-RU"/>
        </w:rPr>
        <w:t>_______________________________</w:t>
      </w:r>
    </w:p>
    <w:p w:rsidR="00204827" w:rsidRDefault="00204827" w:rsidP="00533E8D">
      <w:pPr>
        <w:spacing w:before="160" w:line="240" w:lineRule="auto"/>
        <w:rPr>
          <w:i/>
          <w:sz w:val="21"/>
          <w:lang w:val="ru-RU"/>
        </w:rPr>
      </w:pPr>
    </w:p>
    <w:sectPr w:rsidR="00204827" w:rsidSect="00034616">
      <w:footerReference w:type="default" r:id="rId8"/>
      <w:pgSz w:w="12240" w:h="15840"/>
      <w:pgMar w:top="1134" w:right="1020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FD8" w:rsidRDefault="004A5FD8">
      <w:pPr>
        <w:spacing w:after="0" w:line="240" w:lineRule="auto"/>
      </w:pPr>
      <w:r>
        <w:separator/>
      </w:r>
    </w:p>
  </w:endnote>
  <w:endnote w:type="continuationSeparator" w:id="0">
    <w:p w:rsidR="004A5FD8" w:rsidRDefault="004A5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ACE" w:rsidRDefault="000F3BFF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 w:rsidR="00F5331B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FD8" w:rsidRDefault="004A5FD8">
      <w:pPr>
        <w:spacing w:after="0" w:line="240" w:lineRule="auto"/>
      </w:pPr>
      <w:r>
        <w:separator/>
      </w:r>
    </w:p>
  </w:footnote>
  <w:footnote w:type="continuationSeparator" w:id="0">
    <w:p w:rsidR="004A5FD8" w:rsidRDefault="004A5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DF136D"/>
    <w:multiLevelType w:val="hybridMultilevel"/>
    <w:tmpl w:val="CE761E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A36A8A"/>
    <w:multiLevelType w:val="hybridMultilevel"/>
    <w:tmpl w:val="15B41E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3BFF"/>
    <w:rsid w:val="00136ACE"/>
    <w:rsid w:val="00137483"/>
    <w:rsid w:val="0015074B"/>
    <w:rsid w:val="00157C17"/>
    <w:rsid w:val="00164800"/>
    <w:rsid w:val="001B2165"/>
    <w:rsid w:val="00204827"/>
    <w:rsid w:val="002233FB"/>
    <w:rsid w:val="0029639D"/>
    <w:rsid w:val="002D1E04"/>
    <w:rsid w:val="00326F90"/>
    <w:rsid w:val="003364BA"/>
    <w:rsid w:val="0035455C"/>
    <w:rsid w:val="00393699"/>
    <w:rsid w:val="003B044E"/>
    <w:rsid w:val="00447212"/>
    <w:rsid w:val="00463F22"/>
    <w:rsid w:val="00496899"/>
    <w:rsid w:val="004A5FD8"/>
    <w:rsid w:val="00526081"/>
    <w:rsid w:val="00533E8D"/>
    <w:rsid w:val="005660C9"/>
    <w:rsid w:val="005D0315"/>
    <w:rsid w:val="005E312C"/>
    <w:rsid w:val="005E67C2"/>
    <w:rsid w:val="0063251C"/>
    <w:rsid w:val="006C7CA7"/>
    <w:rsid w:val="00723A6D"/>
    <w:rsid w:val="00733983"/>
    <w:rsid w:val="007627A7"/>
    <w:rsid w:val="00775F4C"/>
    <w:rsid w:val="00790283"/>
    <w:rsid w:val="00797A73"/>
    <w:rsid w:val="008025B6"/>
    <w:rsid w:val="00811777"/>
    <w:rsid w:val="00821959"/>
    <w:rsid w:val="008F0B1F"/>
    <w:rsid w:val="00960473"/>
    <w:rsid w:val="0097560E"/>
    <w:rsid w:val="00980D13"/>
    <w:rsid w:val="009845D5"/>
    <w:rsid w:val="009906EB"/>
    <w:rsid w:val="009A0CDD"/>
    <w:rsid w:val="009C0030"/>
    <w:rsid w:val="009E3C93"/>
    <w:rsid w:val="00A643DE"/>
    <w:rsid w:val="00A96CE1"/>
    <w:rsid w:val="00AA1D8D"/>
    <w:rsid w:val="00AB5C86"/>
    <w:rsid w:val="00AD59F2"/>
    <w:rsid w:val="00B30A29"/>
    <w:rsid w:val="00B47730"/>
    <w:rsid w:val="00C438F6"/>
    <w:rsid w:val="00C738C1"/>
    <w:rsid w:val="00C9108C"/>
    <w:rsid w:val="00CB0664"/>
    <w:rsid w:val="00DE2C4C"/>
    <w:rsid w:val="00DF5109"/>
    <w:rsid w:val="00E0053E"/>
    <w:rsid w:val="00E93881"/>
    <w:rsid w:val="00EC368F"/>
    <w:rsid w:val="00EC7ADB"/>
    <w:rsid w:val="00F031EF"/>
    <w:rsid w:val="00F5331B"/>
    <w:rsid w:val="00F8300D"/>
    <w:rsid w:val="00FC29D1"/>
    <w:rsid w:val="00FC2C68"/>
    <w:rsid w:val="00FC693F"/>
    <w:rsid w:val="00FD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E26E3"/>
  <w14:defaultImageDpi w14:val="300"/>
  <w15:docId w15:val="{46F9BE58-62E9-462A-BD21-06398E89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AD59F2"/>
    <w:rPr>
      <w:color w:val="0000FF" w:themeColor="hyperlink"/>
      <w:u w:val="single"/>
    </w:rPr>
  </w:style>
  <w:style w:type="paragraph" w:styleId="aff9">
    <w:name w:val="Plain Text"/>
    <w:basedOn w:val="a1"/>
    <w:link w:val="affa"/>
    <w:rsid w:val="0063251C"/>
    <w:pPr>
      <w:spacing w:after="0" w:line="240" w:lineRule="auto"/>
    </w:pPr>
    <w:rPr>
      <w:rFonts w:ascii="Courier New" w:hAnsi="Courier New" w:cs="Times New Roman"/>
      <w:sz w:val="20"/>
      <w:szCs w:val="20"/>
      <w:lang w:val="ru-RU" w:eastAsia="ru-RU"/>
    </w:rPr>
  </w:style>
  <w:style w:type="character" w:customStyle="1" w:styleId="affa">
    <w:name w:val="Текст Знак"/>
    <w:basedOn w:val="a2"/>
    <w:link w:val="aff9"/>
    <w:rsid w:val="0063251C"/>
    <w:rPr>
      <w:rFonts w:ascii="Courier New" w:eastAsia="Times New Roman" w:hAnsi="Courier New" w:cs="Times New Roman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393699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393699"/>
    <w:pPr>
      <w:widowControl w:val="0"/>
      <w:autoSpaceDE w:val="0"/>
      <w:autoSpaceDN w:val="0"/>
      <w:spacing w:after="0" w:line="240" w:lineRule="auto"/>
      <w:ind w:left="110"/>
    </w:pPr>
    <w:rPr>
      <w:rFonts w:cs="Times New Roman"/>
      <w:sz w:val="22"/>
      <w:lang w:val="ru-RU"/>
    </w:rPr>
  </w:style>
  <w:style w:type="paragraph" w:customStyle="1" w:styleId="Default">
    <w:name w:val="Default"/>
    <w:rsid w:val="003936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text-primary">
    <w:name w:val="text-primary"/>
    <w:basedOn w:val="a2"/>
    <w:rsid w:val="005E312C"/>
  </w:style>
  <w:style w:type="paragraph" w:styleId="affb">
    <w:name w:val="Balloon Text"/>
    <w:basedOn w:val="a1"/>
    <w:link w:val="affc"/>
    <w:uiPriority w:val="99"/>
    <w:semiHidden/>
    <w:unhideWhenUsed/>
    <w:rsid w:val="00733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2"/>
    <w:link w:val="affb"/>
    <w:uiPriority w:val="99"/>
    <w:semiHidden/>
    <w:rsid w:val="007339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D2E0FD-685E-413C-BAFA-30BE8875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Сурикова Наталья Евгеньевна</cp:lastModifiedBy>
  <cp:revision>2</cp:revision>
  <cp:lastPrinted>2026-10-12T09:18:00Z</cp:lastPrinted>
  <dcterms:created xsi:type="dcterms:W3CDTF">2026-10-12T11:01:00Z</dcterms:created>
  <dcterms:modified xsi:type="dcterms:W3CDTF">2026-10-12T11:01:00Z</dcterms:modified>
  <cp:category/>
</cp:coreProperties>
</file>